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1709" w14:textId="77777777" w:rsidR="0070357D" w:rsidRDefault="0070357D">
      <w:pPr>
        <w:pStyle w:val="Title"/>
        <w:rPr>
          <w:rFonts w:ascii="Arial" w:hAnsi="Arial"/>
          <w:lang w:val="it-IT"/>
        </w:rPr>
      </w:pPr>
    </w:p>
    <w:p w14:paraId="4B003ADE" w14:textId="6891348E" w:rsidR="004D73F3" w:rsidRPr="000328D9" w:rsidRDefault="00B4645B">
      <w:pPr>
        <w:pStyle w:val="Title"/>
        <w:rPr>
          <w:lang w:val="it-IT"/>
        </w:rPr>
      </w:pPr>
      <w:r w:rsidRPr="000328D9">
        <w:rPr>
          <w:rFonts w:ascii="Arial" w:hAnsi="Arial"/>
          <w:lang w:val="it-IT"/>
        </w:rPr>
        <w:t>Formular unic: solicitare, confirmare și realizare</w:t>
      </w:r>
    </w:p>
    <w:p w14:paraId="62DF2EB0" w14:textId="77777777" w:rsidR="004D73F3" w:rsidRPr="000328D9" w:rsidRDefault="00B4645B">
      <w:pPr>
        <w:pStyle w:val="Subtitle"/>
        <w:rPr>
          <w:lang w:val="it-IT"/>
        </w:rPr>
      </w:pPr>
      <w:r w:rsidRPr="000328D9">
        <w:rPr>
          <w:rFonts w:ascii="Arial" w:hAnsi="Arial"/>
          <w:i w:val="0"/>
          <w:lang w:val="it-IT"/>
        </w:rPr>
        <w:t>Un formular pentru o solicitare; poate acoperi mai multe întâlniri din aceeași intervenție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8130"/>
      </w:tblGrid>
      <w:tr w:rsidR="004D73F3" w:rsidRPr="0070357D" w14:paraId="264A512D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270F0030" w14:textId="77777777" w:rsidR="004D73F3" w:rsidRDefault="00B4645B">
            <w:pPr>
              <w:spacing w:after="0"/>
            </w:pPr>
            <w:proofErr w:type="spellStart"/>
            <w:r>
              <w:rPr>
                <w:b/>
                <w:color w:val="1F4E78"/>
                <w:sz w:val="17"/>
              </w:rPr>
              <w:t>Proiect</w:t>
            </w:r>
            <w:proofErr w:type="spellEnd"/>
          </w:p>
        </w:tc>
        <w:tc>
          <w:tcPr>
            <w:tcW w:w="8129" w:type="dxa"/>
            <w:vAlign w:val="center"/>
          </w:tcPr>
          <w:p w14:paraId="0586FAA5" w14:textId="77777777" w:rsidR="004D73F3" w:rsidRPr="000328D9" w:rsidRDefault="00B4645B">
            <w:pPr>
              <w:spacing w:after="0"/>
              <w:rPr>
                <w:lang w:val="it-IT"/>
              </w:rPr>
            </w:pPr>
            <w:r w:rsidRPr="000328D9">
              <w:rPr>
                <w:sz w:val="17"/>
                <w:lang w:val="it-IT"/>
              </w:rPr>
              <w:t>Consolidarea dialogului social și a parteneriatelor pentru ocupare și formare – GAL TIMIȘOARA</w:t>
            </w:r>
          </w:p>
        </w:tc>
      </w:tr>
      <w:tr w:rsidR="004D73F3" w14:paraId="6E0350BE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0C18FEE5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Cod SMIS</w:t>
            </w:r>
          </w:p>
        </w:tc>
        <w:tc>
          <w:tcPr>
            <w:tcW w:w="8129" w:type="dxa"/>
            <w:vAlign w:val="center"/>
          </w:tcPr>
          <w:p w14:paraId="35F75EF9" w14:textId="77777777" w:rsidR="004D73F3" w:rsidRDefault="00B4645B">
            <w:pPr>
              <w:spacing w:after="0"/>
            </w:pPr>
            <w:r>
              <w:rPr>
                <w:sz w:val="17"/>
              </w:rPr>
              <w:t>308520</w:t>
            </w:r>
          </w:p>
        </w:tc>
      </w:tr>
      <w:tr w:rsidR="004D73F3" w:rsidRPr="0070357D" w14:paraId="65670E4D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103D8482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Partener</w:t>
            </w:r>
          </w:p>
        </w:tc>
        <w:tc>
          <w:tcPr>
            <w:tcW w:w="8129" w:type="dxa"/>
            <w:vAlign w:val="center"/>
          </w:tcPr>
          <w:p w14:paraId="23112FE4" w14:textId="77777777" w:rsidR="004D73F3" w:rsidRPr="000328D9" w:rsidRDefault="00B4645B">
            <w:pPr>
              <w:spacing w:after="0"/>
              <w:rPr>
                <w:lang w:val="it-IT"/>
              </w:rPr>
            </w:pPr>
            <w:r w:rsidRPr="000328D9">
              <w:rPr>
                <w:sz w:val="17"/>
                <w:lang w:val="it-IT"/>
              </w:rPr>
              <w:t>Fundația Centrul de Afaceri și Meserii Eurotraining</w:t>
            </w:r>
          </w:p>
        </w:tc>
      </w:tr>
      <w:tr w:rsidR="004D73F3" w14:paraId="455C2098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3D9C7CF6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Perioada</w:t>
            </w:r>
          </w:p>
        </w:tc>
        <w:tc>
          <w:tcPr>
            <w:tcW w:w="8129" w:type="dxa"/>
            <w:vAlign w:val="center"/>
          </w:tcPr>
          <w:p w14:paraId="3772ACCE" w14:textId="77777777" w:rsidR="004D73F3" w:rsidRDefault="00B4645B">
            <w:pPr>
              <w:spacing w:after="0"/>
            </w:pPr>
            <w:r>
              <w:rPr>
                <w:sz w:val="17"/>
              </w:rPr>
              <w:t>01.05.2026–30.04.2028</w:t>
            </w:r>
          </w:p>
        </w:tc>
      </w:tr>
      <w:tr w:rsidR="004D73F3" w14:paraId="4CD474B6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7A5B452D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Cod formular</w:t>
            </w:r>
          </w:p>
        </w:tc>
        <w:tc>
          <w:tcPr>
            <w:tcW w:w="8129" w:type="dxa"/>
            <w:vAlign w:val="center"/>
          </w:tcPr>
          <w:p w14:paraId="1A79C703" w14:textId="77777777" w:rsidR="004D73F3" w:rsidRDefault="00B4645B">
            <w:pPr>
              <w:spacing w:after="0"/>
            </w:pPr>
            <w:r>
              <w:rPr>
                <w:sz w:val="17"/>
              </w:rPr>
              <w:t>FU-SUS-01</w:t>
            </w:r>
          </w:p>
        </w:tc>
      </w:tr>
    </w:tbl>
    <w:p w14:paraId="0D8E53EB" w14:textId="77777777" w:rsidR="004D73F3" w:rsidRDefault="004D73F3">
      <w:pPr>
        <w:spacing w:after="0"/>
      </w:pPr>
    </w:p>
    <w:p w14:paraId="6294ED55" w14:textId="77777777" w:rsidR="0070357D" w:rsidRDefault="0070357D" w:rsidP="0070357D">
      <w:pPr>
        <w:pStyle w:val="Heading1"/>
      </w:pPr>
      <w:r>
        <w:rPr>
          <w:rFonts w:ascii="Arial" w:hAnsi="Arial"/>
        </w:rPr>
        <w:t xml:space="preserve">1. Context </w:t>
      </w:r>
      <w:proofErr w:type="spellStart"/>
      <w:r>
        <w:rPr>
          <w:rFonts w:ascii="Arial" w:hAnsi="Arial"/>
        </w:rPr>
        <w:t>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obiect</w:t>
      </w:r>
      <w:proofErr w:type="spellEnd"/>
    </w:p>
    <w:p w14:paraId="0661BA5D" w14:textId="77777777" w:rsidR="0070357D" w:rsidRPr="0070357D" w:rsidRDefault="0070357D" w:rsidP="0070357D">
      <w:pPr>
        <w:ind w:firstLine="720"/>
        <w:rPr>
          <w:lang w:val="it-IT"/>
        </w:rPr>
      </w:pPr>
      <w:r w:rsidRPr="0070357D">
        <w:rPr>
          <w:lang w:val="it-IT"/>
        </w:rPr>
        <w:t>În cadrul sustenabilității proiectului Consolidarea dialogului social și a parteneriatelor pentru ocupare și formare – GAL TIMIȘOARA, cod SMIS 308520, Fundația Centrul de Afaceri și Meserii Eurotraining menține, în perioada 01.05.2026–30.04.2028, capacitatea de a sprijini OSC-urile participante la proiect și alte OSC-uri interesate, în limita resurselor disponibile și în baza unei solicitări prealabile.</w:t>
      </w:r>
    </w:p>
    <w:p w14:paraId="6E372526" w14:textId="77777777" w:rsidR="0070357D" w:rsidRPr="0070357D" w:rsidRDefault="0070357D" w:rsidP="0070357D">
      <w:pPr>
        <w:rPr>
          <w:lang w:val="it-IT"/>
        </w:rPr>
      </w:pPr>
      <w:r w:rsidRPr="0070357D">
        <w:rPr>
          <w:lang w:val="it-IT"/>
        </w:rPr>
        <w:t>Prezentul document constituie decizia internă și cadrul unic pentru alocarea, solicitarea, utilizarea, cuantificarea și dovedirea resurselor. El nu transformă disponibilitatea într-o obligație de consum și nu permite raportarea unor activități care nu au avut loc.</w:t>
      </w:r>
    </w:p>
    <w:p w14:paraId="73BC3E7F" w14:textId="77777777" w:rsidR="0070357D" w:rsidRDefault="0070357D" w:rsidP="0070357D">
      <w:pPr>
        <w:pStyle w:val="Heading1"/>
      </w:pPr>
      <w:r>
        <w:rPr>
          <w:rFonts w:ascii="Arial" w:hAnsi="Arial"/>
        </w:rPr>
        <w:t xml:space="preserve">2. </w:t>
      </w:r>
      <w:proofErr w:type="spellStart"/>
      <w:r>
        <w:rPr>
          <w:rFonts w:ascii="Arial" w:hAnsi="Arial"/>
        </w:rPr>
        <w:t>Resursele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menținute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disponibile</w:t>
      </w:r>
      <w:proofErr w:type="spellEnd"/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2324"/>
        <w:gridCol w:w="2891"/>
        <w:gridCol w:w="2857"/>
      </w:tblGrid>
      <w:tr w:rsidR="0070357D" w14:paraId="5245DC7D" w14:textId="77777777" w:rsidTr="00232BFA">
        <w:trPr>
          <w:tblHeader/>
          <w:jc w:val="center"/>
        </w:trPr>
        <w:tc>
          <w:tcPr>
            <w:tcW w:w="209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B6820E" w14:textId="77777777" w:rsidR="0070357D" w:rsidRDefault="0070357D" w:rsidP="00232BFA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Resursă</w:t>
            </w:r>
            <w:proofErr w:type="spellEnd"/>
          </w:p>
        </w:tc>
        <w:tc>
          <w:tcPr>
            <w:tcW w:w="232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A80690" w14:textId="77777777" w:rsidR="0070357D" w:rsidRDefault="0070357D" w:rsidP="00232BFA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Disponibilitate</w:t>
            </w:r>
            <w:proofErr w:type="spellEnd"/>
          </w:p>
        </w:tc>
        <w:tc>
          <w:tcPr>
            <w:tcW w:w="2891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1093FB" w14:textId="77777777" w:rsidR="0070357D" w:rsidRDefault="0070357D" w:rsidP="00232BFA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Utilizare</w:t>
            </w:r>
            <w:proofErr w:type="spellEnd"/>
          </w:p>
        </w:tc>
        <w:tc>
          <w:tcPr>
            <w:tcW w:w="285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A03F0" w14:textId="77777777" w:rsidR="0070357D" w:rsidRDefault="0070357D" w:rsidP="00232BFA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Dovada</w:t>
            </w:r>
            <w:proofErr w:type="spellEnd"/>
            <w:r>
              <w:rPr>
                <w:b/>
                <w:color w:val="FFFFFF"/>
                <w:sz w:val="15"/>
              </w:rPr>
              <w:t xml:space="preserve"> </w:t>
            </w:r>
            <w:proofErr w:type="spellStart"/>
            <w:r>
              <w:rPr>
                <w:b/>
                <w:color w:val="FFFFFF"/>
                <w:sz w:val="15"/>
              </w:rPr>
              <w:t>suficientă</w:t>
            </w:r>
            <w:proofErr w:type="spellEnd"/>
          </w:p>
        </w:tc>
      </w:tr>
      <w:tr w:rsidR="0070357D" w:rsidRPr="0070357D" w14:paraId="4CBC67A2" w14:textId="77777777" w:rsidTr="00232BFA">
        <w:trPr>
          <w:cantSplit/>
          <w:jc w:val="center"/>
        </w:trPr>
        <w:tc>
          <w:tcPr>
            <w:tcW w:w="2097" w:type="dxa"/>
            <w:vAlign w:val="center"/>
          </w:tcPr>
          <w:p w14:paraId="5D287A21" w14:textId="77777777" w:rsidR="0070357D" w:rsidRDefault="0070357D" w:rsidP="00232BFA">
            <w:pPr>
              <w:spacing w:after="0"/>
            </w:pPr>
            <w:r>
              <w:rPr>
                <w:sz w:val="15"/>
              </w:rPr>
              <w:t xml:space="preserve">3 </w:t>
            </w:r>
            <w:proofErr w:type="spellStart"/>
            <w:r>
              <w:rPr>
                <w:sz w:val="15"/>
              </w:rPr>
              <w:t>săli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dotate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și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utilate</w:t>
            </w:r>
            <w:proofErr w:type="spellEnd"/>
          </w:p>
        </w:tc>
        <w:tc>
          <w:tcPr>
            <w:tcW w:w="2324" w:type="dxa"/>
            <w:vAlign w:val="center"/>
          </w:tcPr>
          <w:p w14:paraId="74E23234" w14:textId="77777777" w:rsidR="0070357D" w:rsidRDefault="0070357D" w:rsidP="00232BFA">
            <w:pPr>
              <w:spacing w:after="0"/>
            </w:pPr>
            <w:proofErr w:type="spellStart"/>
            <w:r>
              <w:rPr>
                <w:sz w:val="15"/>
              </w:rPr>
              <w:t>Zilnic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în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zilele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lucrătoare</w:t>
            </w:r>
            <w:proofErr w:type="spellEnd"/>
            <w:r>
              <w:rPr>
                <w:sz w:val="15"/>
              </w:rPr>
              <w:t>, 09:00–13:00</w:t>
            </w:r>
          </w:p>
        </w:tc>
        <w:tc>
          <w:tcPr>
            <w:tcW w:w="2891" w:type="dxa"/>
            <w:vAlign w:val="center"/>
          </w:tcPr>
          <w:p w14:paraId="24ACFC83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Formare; consiliere și mediere; consultanță pentru antreprenoriat</w:t>
            </w:r>
          </w:p>
        </w:tc>
        <w:tc>
          <w:tcPr>
            <w:tcW w:w="2857" w:type="dxa"/>
            <w:vAlign w:val="center"/>
          </w:tcPr>
          <w:p w14:paraId="1B5FFEBD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Documentul integrat + informarea transmisă OSC-urilor; la utilizare: formular unic și registru</w:t>
            </w:r>
          </w:p>
        </w:tc>
      </w:tr>
      <w:tr w:rsidR="0070357D" w:rsidRPr="0070357D" w14:paraId="1CFC1013" w14:textId="77777777" w:rsidTr="00232BFA">
        <w:trPr>
          <w:cantSplit/>
          <w:jc w:val="center"/>
        </w:trPr>
        <w:tc>
          <w:tcPr>
            <w:tcW w:w="2097" w:type="dxa"/>
            <w:shd w:val="clear" w:color="auto" w:fill="F8FAFC"/>
            <w:vAlign w:val="center"/>
          </w:tcPr>
          <w:p w14:paraId="72E09CEC" w14:textId="77777777" w:rsidR="0070357D" w:rsidRDefault="0070357D" w:rsidP="00232BFA">
            <w:pPr>
              <w:spacing w:after="0"/>
              <w:jc w:val="center"/>
            </w:pPr>
            <w:r>
              <w:rPr>
                <w:sz w:val="15"/>
              </w:rPr>
              <w:t>Expert 1</w:t>
            </w:r>
          </w:p>
        </w:tc>
        <w:tc>
          <w:tcPr>
            <w:tcW w:w="2324" w:type="dxa"/>
            <w:shd w:val="clear" w:color="auto" w:fill="F8FAFC"/>
            <w:vAlign w:val="center"/>
          </w:tcPr>
          <w:p w14:paraId="2DF0F93B" w14:textId="77777777" w:rsidR="0070357D" w:rsidRDefault="0070357D" w:rsidP="00232BFA">
            <w:pPr>
              <w:spacing w:after="0"/>
            </w:pPr>
            <w:r>
              <w:rPr>
                <w:sz w:val="15"/>
              </w:rPr>
              <w:t>Maximum 20 ore/</w:t>
            </w:r>
            <w:proofErr w:type="spellStart"/>
            <w:r>
              <w:rPr>
                <w:sz w:val="15"/>
              </w:rPr>
              <w:t>lună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timp</w:t>
            </w:r>
            <w:proofErr w:type="spellEnd"/>
            <w:r>
              <w:rPr>
                <w:sz w:val="15"/>
              </w:rPr>
              <w:t xml:space="preserve"> de 24 </w:t>
            </w:r>
            <w:proofErr w:type="spellStart"/>
            <w:r>
              <w:rPr>
                <w:sz w:val="15"/>
              </w:rPr>
              <w:t>luni</w:t>
            </w:r>
            <w:proofErr w:type="spellEnd"/>
          </w:p>
        </w:tc>
        <w:tc>
          <w:tcPr>
            <w:tcW w:w="2891" w:type="dxa"/>
            <w:shd w:val="clear" w:color="auto" w:fill="F8FAFC"/>
            <w:vAlign w:val="center"/>
          </w:tcPr>
          <w:p w14:paraId="10960AB4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Informare, orientare, consiliere, mediere și antreprenoriat</w:t>
            </w:r>
          </w:p>
        </w:tc>
        <w:tc>
          <w:tcPr>
            <w:tcW w:w="2857" w:type="dxa"/>
            <w:shd w:val="clear" w:color="auto" w:fill="F8FAFC"/>
            <w:vAlign w:val="center"/>
          </w:tcPr>
          <w:p w14:paraId="67254CB1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Disponibilitate asumată; orele efective numai în formularul unic și registru</w:t>
            </w:r>
          </w:p>
        </w:tc>
      </w:tr>
      <w:tr w:rsidR="0070357D" w:rsidRPr="0070357D" w14:paraId="7E885771" w14:textId="77777777" w:rsidTr="00232BFA">
        <w:trPr>
          <w:cantSplit/>
          <w:jc w:val="center"/>
        </w:trPr>
        <w:tc>
          <w:tcPr>
            <w:tcW w:w="2097" w:type="dxa"/>
            <w:vAlign w:val="center"/>
          </w:tcPr>
          <w:p w14:paraId="0D01605A" w14:textId="77777777" w:rsidR="0070357D" w:rsidRDefault="0070357D" w:rsidP="00232BFA">
            <w:pPr>
              <w:spacing w:after="0"/>
              <w:jc w:val="center"/>
            </w:pPr>
            <w:r>
              <w:rPr>
                <w:sz w:val="15"/>
              </w:rPr>
              <w:t>Expert 2</w:t>
            </w:r>
          </w:p>
        </w:tc>
        <w:tc>
          <w:tcPr>
            <w:tcW w:w="2324" w:type="dxa"/>
            <w:vAlign w:val="center"/>
          </w:tcPr>
          <w:p w14:paraId="08DA200F" w14:textId="77777777" w:rsidR="0070357D" w:rsidRDefault="0070357D" w:rsidP="00232BFA">
            <w:pPr>
              <w:spacing w:after="0"/>
            </w:pPr>
            <w:r>
              <w:rPr>
                <w:sz w:val="15"/>
              </w:rPr>
              <w:t>Maximum 20 ore/</w:t>
            </w:r>
            <w:proofErr w:type="spellStart"/>
            <w:r>
              <w:rPr>
                <w:sz w:val="15"/>
              </w:rPr>
              <w:t>lună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timp</w:t>
            </w:r>
            <w:proofErr w:type="spellEnd"/>
            <w:r>
              <w:rPr>
                <w:sz w:val="15"/>
              </w:rPr>
              <w:t xml:space="preserve"> de 24 </w:t>
            </w:r>
            <w:proofErr w:type="spellStart"/>
            <w:r>
              <w:rPr>
                <w:sz w:val="15"/>
              </w:rPr>
              <w:t>luni</w:t>
            </w:r>
            <w:proofErr w:type="spellEnd"/>
          </w:p>
        </w:tc>
        <w:tc>
          <w:tcPr>
            <w:tcW w:w="2891" w:type="dxa"/>
            <w:vAlign w:val="center"/>
          </w:tcPr>
          <w:p w14:paraId="330C9E3E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Formare, competențe și consolidarea capacității OSC</w:t>
            </w:r>
          </w:p>
        </w:tc>
        <w:tc>
          <w:tcPr>
            <w:tcW w:w="2857" w:type="dxa"/>
            <w:vAlign w:val="center"/>
          </w:tcPr>
          <w:p w14:paraId="061F6C3F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Disponibilitate asumată; orele efective numai în formularul unic și registru</w:t>
            </w:r>
          </w:p>
        </w:tc>
      </w:tr>
      <w:tr w:rsidR="0070357D" w14:paraId="205AAD71" w14:textId="77777777" w:rsidTr="00232BFA">
        <w:trPr>
          <w:cantSplit/>
          <w:jc w:val="center"/>
        </w:trPr>
        <w:tc>
          <w:tcPr>
            <w:tcW w:w="2097" w:type="dxa"/>
            <w:shd w:val="clear" w:color="auto" w:fill="F8FAFC"/>
            <w:vAlign w:val="center"/>
          </w:tcPr>
          <w:p w14:paraId="4F8F90D9" w14:textId="77777777" w:rsidR="0070357D" w:rsidRDefault="0070357D" w:rsidP="00232BFA">
            <w:pPr>
              <w:spacing w:after="0"/>
            </w:pPr>
            <w:proofErr w:type="spellStart"/>
            <w:r>
              <w:rPr>
                <w:sz w:val="15"/>
              </w:rPr>
              <w:t>Programe</w:t>
            </w:r>
            <w:proofErr w:type="spellEnd"/>
            <w:r>
              <w:rPr>
                <w:sz w:val="15"/>
              </w:rPr>
              <w:t xml:space="preserve"> la </w:t>
            </w:r>
            <w:proofErr w:type="spellStart"/>
            <w:r>
              <w:rPr>
                <w:sz w:val="15"/>
              </w:rPr>
              <w:t>cerere</w:t>
            </w:r>
            <w:proofErr w:type="spellEnd"/>
          </w:p>
        </w:tc>
        <w:tc>
          <w:tcPr>
            <w:tcW w:w="2324" w:type="dxa"/>
            <w:shd w:val="clear" w:color="auto" w:fill="F8FAFC"/>
            <w:vAlign w:val="center"/>
          </w:tcPr>
          <w:p w14:paraId="51B4A5FB" w14:textId="77777777" w:rsidR="0070357D" w:rsidRPr="0070357D" w:rsidRDefault="0070357D" w:rsidP="00232BFA">
            <w:pPr>
              <w:spacing w:after="0"/>
              <w:rPr>
                <w:lang w:val="it-IT"/>
              </w:rPr>
            </w:pPr>
            <w:r w:rsidRPr="0070357D">
              <w:rPr>
                <w:sz w:val="15"/>
                <w:lang w:val="it-IT"/>
              </w:rPr>
              <w:t>Până la 4 programe/grupe; 10–40 ore/program</w:t>
            </w:r>
          </w:p>
        </w:tc>
        <w:tc>
          <w:tcPr>
            <w:tcW w:w="2891" w:type="dxa"/>
            <w:shd w:val="clear" w:color="auto" w:fill="F8FAFC"/>
            <w:vAlign w:val="center"/>
          </w:tcPr>
          <w:p w14:paraId="1A505D29" w14:textId="77777777" w:rsidR="0070357D" w:rsidRDefault="0070357D" w:rsidP="00232BFA">
            <w:pPr>
              <w:spacing w:after="0"/>
            </w:pPr>
            <w:proofErr w:type="spellStart"/>
            <w:r>
              <w:rPr>
                <w:sz w:val="15"/>
              </w:rPr>
              <w:t>Competențe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digitale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sau</w:t>
            </w:r>
            <w:proofErr w:type="spellEnd"/>
            <w:r>
              <w:rPr>
                <w:sz w:val="15"/>
              </w:rPr>
              <w:t xml:space="preserve"> soft skills, </w:t>
            </w:r>
            <w:proofErr w:type="spellStart"/>
            <w:r>
              <w:rPr>
                <w:sz w:val="15"/>
              </w:rPr>
              <w:t>alese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după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nevoia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exprimată</w:t>
            </w:r>
            <w:proofErr w:type="spellEnd"/>
          </w:p>
        </w:tc>
        <w:tc>
          <w:tcPr>
            <w:tcW w:w="2857" w:type="dxa"/>
            <w:shd w:val="clear" w:color="auto" w:fill="F8FAFC"/>
            <w:vAlign w:val="center"/>
          </w:tcPr>
          <w:p w14:paraId="1812B29B" w14:textId="77777777" w:rsidR="0070357D" w:rsidRDefault="0070357D" w:rsidP="00232BFA">
            <w:pPr>
              <w:spacing w:after="0"/>
            </w:pPr>
            <w:proofErr w:type="spellStart"/>
            <w:r>
              <w:rPr>
                <w:sz w:val="15"/>
              </w:rPr>
              <w:t>Dosar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simplificat</w:t>
            </w:r>
            <w:proofErr w:type="spellEnd"/>
            <w:r>
              <w:rPr>
                <w:sz w:val="15"/>
              </w:rPr>
              <w:t xml:space="preserve"> de program, </w:t>
            </w:r>
            <w:proofErr w:type="spellStart"/>
            <w:r>
              <w:rPr>
                <w:sz w:val="15"/>
              </w:rPr>
              <w:t>numai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dacă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programul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este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activat</w:t>
            </w:r>
            <w:proofErr w:type="spellEnd"/>
          </w:p>
        </w:tc>
      </w:tr>
    </w:tbl>
    <w:p w14:paraId="21B335F3" w14:textId="77777777" w:rsidR="0070357D" w:rsidRPr="0070357D" w:rsidRDefault="0070357D">
      <w:pPr>
        <w:pStyle w:val="Heading1"/>
        <w:rPr>
          <w:rFonts w:ascii="Arial" w:hAnsi="Arial"/>
          <w:lang w:val="it-IT"/>
        </w:rPr>
      </w:pPr>
    </w:p>
    <w:p w14:paraId="28362422" w14:textId="57C4530E" w:rsidR="004D73F3" w:rsidRDefault="00B4645B">
      <w:pPr>
        <w:pStyle w:val="Heading1"/>
      </w:pPr>
      <w:r>
        <w:rPr>
          <w:rFonts w:ascii="Arial" w:hAnsi="Arial"/>
        </w:rPr>
        <w:t>A. Solicitarea OSC-ului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8130"/>
      </w:tblGrid>
      <w:tr w:rsidR="004D73F3" w14:paraId="63C48E50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4014E3F3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Nr./data solicitării</w:t>
            </w:r>
          </w:p>
        </w:tc>
        <w:tc>
          <w:tcPr>
            <w:tcW w:w="8129" w:type="dxa"/>
            <w:vAlign w:val="center"/>
          </w:tcPr>
          <w:p w14:paraId="7C79B292" w14:textId="77777777" w:rsidR="004D73F3" w:rsidRDefault="00B4645B">
            <w:pPr>
              <w:spacing w:after="0"/>
            </w:pPr>
            <w:r>
              <w:rPr>
                <w:sz w:val="17"/>
              </w:rPr>
              <w:t>____________________________</w:t>
            </w:r>
          </w:p>
        </w:tc>
      </w:tr>
      <w:tr w:rsidR="004D73F3" w14:paraId="091F3C21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069475E6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OSC</w:t>
            </w:r>
          </w:p>
        </w:tc>
        <w:tc>
          <w:tcPr>
            <w:tcW w:w="8129" w:type="dxa"/>
            <w:vAlign w:val="center"/>
          </w:tcPr>
          <w:p w14:paraId="087B9C13" w14:textId="77777777" w:rsidR="004D73F3" w:rsidRDefault="00B4645B"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 w:rsidR="004D73F3" w14:paraId="10AFC7A3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0E526C72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Persoană de contact</w:t>
            </w:r>
          </w:p>
        </w:tc>
        <w:tc>
          <w:tcPr>
            <w:tcW w:w="8129" w:type="dxa"/>
            <w:vAlign w:val="center"/>
          </w:tcPr>
          <w:p w14:paraId="0B171C92" w14:textId="77777777" w:rsidR="004D73F3" w:rsidRDefault="00B4645B"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 w:rsidR="004D73F3" w14:paraId="0E20E172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428A6D57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Telefon/e-mail</w:t>
            </w:r>
          </w:p>
        </w:tc>
        <w:tc>
          <w:tcPr>
            <w:tcW w:w="8129" w:type="dxa"/>
            <w:vAlign w:val="center"/>
          </w:tcPr>
          <w:p w14:paraId="53917420" w14:textId="77777777" w:rsidR="004D73F3" w:rsidRDefault="00B4645B"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 w:rsidR="004D73F3" w14:paraId="7AAF63CE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1E758285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Serviciul solicitat</w:t>
            </w:r>
          </w:p>
        </w:tc>
        <w:tc>
          <w:tcPr>
            <w:tcW w:w="8129" w:type="dxa"/>
            <w:vAlign w:val="center"/>
          </w:tcPr>
          <w:p w14:paraId="1D1CF352" w14:textId="77777777" w:rsidR="004D73F3" w:rsidRDefault="00B4645B">
            <w:pPr>
              <w:spacing w:after="0"/>
            </w:pPr>
            <w:r>
              <w:rPr>
                <w:sz w:val="17"/>
              </w:rPr>
              <w:t>☐ sală   ☐ Expert 1   ☐ Expert 2   ☐ formare 10–40 ore   ☐ altul</w:t>
            </w:r>
          </w:p>
        </w:tc>
      </w:tr>
      <w:tr w:rsidR="004D73F3" w14:paraId="097D762B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3594DFEE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Perioada/intervalul dorit</w:t>
            </w:r>
          </w:p>
        </w:tc>
        <w:tc>
          <w:tcPr>
            <w:tcW w:w="8129" w:type="dxa"/>
            <w:vAlign w:val="center"/>
          </w:tcPr>
          <w:p w14:paraId="2B5F7E4F" w14:textId="77777777" w:rsidR="004D73F3" w:rsidRDefault="00B4645B"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 w:rsidR="004D73F3" w14:paraId="257CCB49" w14:textId="77777777">
        <w:trPr>
          <w:jc w:val="center"/>
        </w:trPr>
        <w:tc>
          <w:tcPr>
            <w:tcW w:w="2040" w:type="dxa"/>
            <w:shd w:val="clear" w:color="auto" w:fill="F2F4F7"/>
            <w:vAlign w:val="center"/>
          </w:tcPr>
          <w:p w14:paraId="2D2AFE74" w14:textId="77777777" w:rsidR="004D73F3" w:rsidRDefault="00B4645B">
            <w:pPr>
              <w:spacing w:after="0"/>
            </w:pPr>
            <w:r>
              <w:rPr>
                <w:b/>
                <w:color w:val="1F4E78"/>
                <w:sz w:val="17"/>
              </w:rPr>
              <w:t>Nr. estimat participanți</w:t>
            </w:r>
          </w:p>
        </w:tc>
        <w:tc>
          <w:tcPr>
            <w:tcW w:w="8129" w:type="dxa"/>
            <w:vAlign w:val="center"/>
          </w:tcPr>
          <w:p w14:paraId="65706FC5" w14:textId="77777777" w:rsidR="004D73F3" w:rsidRDefault="00B4645B">
            <w:pPr>
              <w:spacing w:after="0"/>
            </w:pPr>
            <w:r>
              <w:rPr>
                <w:sz w:val="17"/>
              </w:rPr>
              <w:t>________</w:t>
            </w:r>
          </w:p>
        </w:tc>
      </w:tr>
    </w:tbl>
    <w:p w14:paraId="3F8F6684" w14:textId="77777777" w:rsidR="004D73F3" w:rsidRDefault="004D73F3">
      <w:pPr>
        <w:spacing w:after="0"/>
      </w:pPr>
    </w:p>
    <w:p w14:paraId="0E4E6690" w14:textId="77777777" w:rsidR="0070357D" w:rsidRDefault="0070357D">
      <w:pPr>
        <w:pStyle w:val="Heading2"/>
        <w:rPr>
          <w:rFonts w:ascii="Arial" w:hAnsi="Arial"/>
        </w:rPr>
      </w:pPr>
    </w:p>
    <w:p w14:paraId="422D8D44" w14:textId="77777777" w:rsidR="0070357D" w:rsidRPr="0070357D" w:rsidRDefault="0070357D" w:rsidP="0070357D"/>
    <w:p w14:paraId="7B5CBC3A" w14:textId="2BEBC0C1" w:rsidR="004D73F3" w:rsidRDefault="00B4645B">
      <w:pPr>
        <w:pStyle w:val="Heading2"/>
      </w:pPr>
      <w:proofErr w:type="spellStart"/>
      <w:r>
        <w:rPr>
          <w:rFonts w:ascii="Arial" w:hAnsi="Arial"/>
        </w:rPr>
        <w:lastRenderedPageBreak/>
        <w:t>Nevoia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rezultatul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urmărit</w:t>
      </w:r>
      <w:proofErr w:type="spellEnd"/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0170"/>
      </w:tblGrid>
      <w:tr w:rsidR="004D73F3" w14:paraId="40811C1C" w14:textId="77777777">
        <w:trPr>
          <w:tblHeader/>
          <w:jc w:val="center"/>
        </w:trPr>
        <w:tc>
          <w:tcPr>
            <w:tcW w:w="1017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DFAF3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Descriere</w:t>
            </w:r>
          </w:p>
        </w:tc>
      </w:tr>
      <w:tr w:rsidR="004D73F3" w14:paraId="54E627AE" w14:textId="77777777">
        <w:trPr>
          <w:cantSplit/>
          <w:jc w:val="center"/>
        </w:trPr>
        <w:tc>
          <w:tcPr>
            <w:tcW w:w="10170" w:type="dxa"/>
            <w:vAlign w:val="center"/>
          </w:tcPr>
          <w:p w14:paraId="3420443A" w14:textId="77777777" w:rsidR="004D73F3" w:rsidRDefault="00B4645B">
            <w:pPr>
              <w:spacing w:after="0"/>
              <w:jc w:val="center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C8D2A69" w14:textId="77777777" w:rsidR="004D73F3" w:rsidRDefault="004D73F3">
      <w:pPr>
        <w:spacing w:after="0"/>
      </w:pPr>
    </w:p>
    <w:p w14:paraId="6EA0BCB5" w14:textId="77777777" w:rsidR="004D73F3" w:rsidRPr="000328D9" w:rsidRDefault="00B4645B">
      <w:pPr>
        <w:rPr>
          <w:lang w:val="it-IT"/>
        </w:rPr>
      </w:pPr>
      <w:r w:rsidRPr="000328D9">
        <w:rPr>
          <w:lang w:val="it-IT"/>
        </w:rPr>
        <w:t>Tema solicitată pentru formare, dacă este cazul: _________________________________________________</w:t>
      </w:r>
    </w:p>
    <w:p w14:paraId="27745F4C" w14:textId="77777777" w:rsidR="004D73F3" w:rsidRPr="000328D9" w:rsidRDefault="00B4645B">
      <w:pPr>
        <w:rPr>
          <w:lang w:val="it-IT"/>
        </w:rPr>
      </w:pPr>
      <w:r w:rsidRPr="000328D9">
        <w:rPr>
          <w:lang w:val="it-IT"/>
        </w:rPr>
        <w:t>Declar că informațiile sunt corecte și că participanții vor fi informați cu privire la prelucrarea datelor necesare activității.</w:t>
      </w:r>
    </w:p>
    <w:p w14:paraId="36789DAF" w14:textId="77777777" w:rsidR="004D73F3" w:rsidRPr="000328D9" w:rsidRDefault="00B4645B">
      <w:pPr>
        <w:rPr>
          <w:lang w:val="it-IT"/>
        </w:rPr>
      </w:pPr>
      <w:r w:rsidRPr="000328D9">
        <w:rPr>
          <w:lang w:val="it-IT"/>
        </w:rPr>
        <w:t>Reprezentant OSC: ______________________________   Data: __________   Semnătura/confirmare e-mail: ______________</w:t>
      </w:r>
    </w:p>
    <w:p w14:paraId="4C460975" w14:textId="77777777" w:rsidR="004D73F3" w:rsidRPr="000328D9" w:rsidRDefault="00B4645B">
      <w:pPr>
        <w:pStyle w:val="Heading1"/>
        <w:rPr>
          <w:lang w:val="it-IT"/>
        </w:rPr>
      </w:pPr>
      <w:r w:rsidRPr="000328D9">
        <w:rPr>
          <w:rFonts w:ascii="Arial" w:hAnsi="Arial"/>
          <w:lang w:val="it-IT"/>
        </w:rPr>
        <w:t>B. Confirmarea Eurotraining</w:t>
      </w:r>
    </w:p>
    <w:p w14:paraId="35E5A0E6" w14:textId="77777777" w:rsidR="004D73F3" w:rsidRPr="000328D9" w:rsidRDefault="00B4645B">
      <w:pPr>
        <w:rPr>
          <w:lang w:val="it-IT"/>
        </w:rPr>
      </w:pPr>
      <w:r w:rsidRPr="000328D9">
        <w:rPr>
          <w:lang w:val="it-IT"/>
        </w:rPr>
        <w:t>Soluție: ☐ aprobat   ☐ aprobat cu modificări   ☐ în așteptare   ☐ nu poate fi aprobat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361"/>
        <w:gridCol w:w="1871"/>
        <w:gridCol w:w="1871"/>
        <w:gridCol w:w="1667"/>
      </w:tblGrid>
      <w:tr w:rsidR="004D73F3" w14:paraId="3126F83D" w14:textId="77777777">
        <w:trPr>
          <w:tblHeader/>
          <w:jc w:val="center"/>
        </w:trPr>
        <w:tc>
          <w:tcPr>
            <w:tcW w:w="170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5A77C3" w14:textId="77777777" w:rsidR="004D73F3" w:rsidRDefault="00B4645B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Resursa</w:t>
            </w:r>
            <w:proofErr w:type="spellEnd"/>
            <w:r>
              <w:rPr>
                <w:b/>
                <w:color w:val="FFFFFF"/>
                <w:sz w:val="15"/>
              </w:rPr>
              <w:t xml:space="preserve"> </w:t>
            </w:r>
            <w:proofErr w:type="spellStart"/>
            <w:r>
              <w:rPr>
                <w:b/>
                <w:color w:val="FFFFFF"/>
                <w:sz w:val="15"/>
              </w:rPr>
              <w:t>alocată</w:t>
            </w:r>
            <w:proofErr w:type="spellEnd"/>
          </w:p>
        </w:tc>
        <w:tc>
          <w:tcPr>
            <w:tcW w:w="170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B1565F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Data/perioada</w:t>
            </w:r>
          </w:p>
        </w:tc>
        <w:tc>
          <w:tcPr>
            <w:tcW w:w="136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4B4EE2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Interval</w:t>
            </w:r>
          </w:p>
        </w:tc>
        <w:tc>
          <w:tcPr>
            <w:tcW w:w="187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1DFBCF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Sala/modalitatea</w:t>
            </w:r>
          </w:p>
        </w:tc>
        <w:tc>
          <w:tcPr>
            <w:tcW w:w="187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20785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Expert/responsabil</w:t>
            </w:r>
          </w:p>
        </w:tc>
        <w:tc>
          <w:tcPr>
            <w:tcW w:w="1666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F7528E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Observații</w:t>
            </w:r>
          </w:p>
        </w:tc>
      </w:tr>
      <w:tr w:rsidR="004D73F3" w14:paraId="33C0A233" w14:textId="77777777">
        <w:trPr>
          <w:cantSplit/>
          <w:jc w:val="center"/>
        </w:trPr>
        <w:tc>
          <w:tcPr>
            <w:tcW w:w="1700" w:type="dxa"/>
            <w:vAlign w:val="center"/>
          </w:tcPr>
          <w:p w14:paraId="3F0E102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700" w:type="dxa"/>
            <w:vAlign w:val="center"/>
          </w:tcPr>
          <w:p w14:paraId="198E99C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360" w:type="dxa"/>
            <w:vAlign w:val="center"/>
          </w:tcPr>
          <w:p w14:paraId="0EAD8F6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vAlign w:val="center"/>
          </w:tcPr>
          <w:p w14:paraId="336339C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vAlign w:val="center"/>
          </w:tcPr>
          <w:p w14:paraId="00ACA5E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666" w:type="dxa"/>
            <w:vAlign w:val="center"/>
          </w:tcPr>
          <w:p w14:paraId="7A65F04D" w14:textId="77777777" w:rsidR="004D73F3" w:rsidRDefault="004D73F3">
            <w:pPr>
              <w:spacing w:after="0"/>
              <w:jc w:val="center"/>
            </w:pPr>
          </w:p>
        </w:tc>
      </w:tr>
      <w:tr w:rsidR="004D73F3" w14:paraId="08E7AD94" w14:textId="77777777">
        <w:trPr>
          <w:cantSplit/>
          <w:jc w:val="center"/>
        </w:trPr>
        <w:tc>
          <w:tcPr>
            <w:tcW w:w="1700" w:type="dxa"/>
            <w:shd w:val="clear" w:color="auto" w:fill="F8FAFC"/>
            <w:vAlign w:val="center"/>
          </w:tcPr>
          <w:p w14:paraId="001B5706" w14:textId="77777777" w:rsidR="004D73F3" w:rsidRDefault="004D73F3">
            <w:pPr>
              <w:spacing w:after="0"/>
              <w:jc w:val="center"/>
            </w:pPr>
          </w:p>
        </w:tc>
        <w:tc>
          <w:tcPr>
            <w:tcW w:w="1700" w:type="dxa"/>
            <w:shd w:val="clear" w:color="auto" w:fill="F8FAFC"/>
            <w:vAlign w:val="center"/>
          </w:tcPr>
          <w:p w14:paraId="33E62226" w14:textId="77777777" w:rsidR="004D73F3" w:rsidRDefault="004D73F3">
            <w:pPr>
              <w:spacing w:after="0"/>
              <w:jc w:val="center"/>
            </w:pPr>
          </w:p>
        </w:tc>
        <w:tc>
          <w:tcPr>
            <w:tcW w:w="1360" w:type="dxa"/>
            <w:shd w:val="clear" w:color="auto" w:fill="F8FAFC"/>
            <w:vAlign w:val="center"/>
          </w:tcPr>
          <w:p w14:paraId="1EB8E2A7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shd w:val="clear" w:color="auto" w:fill="F8FAFC"/>
            <w:vAlign w:val="center"/>
          </w:tcPr>
          <w:p w14:paraId="35DBD02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shd w:val="clear" w:color="auto" w:fill="F8FAFC"/>
            <w:vAlign w:val="center"/>
          </w:tcPr>
          <w:p w14:paraId="4CCE07F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666" w:type="dxa"/>
            <w:shd w:val="clear" w:color="auto" w:fill="F8FAFC"/>
            <w:vAlign w:val="center"/>
          </w:tcPr>
          <w:p w14:paraId="171482B9" w14:textId="77777777" w:rsidR="004D73F3" w:rsidRDefault="004D73F3">
            <w:pPr>
              <w:spacing w:after="0"/>
              <w:jc w:val="center"/>
            </w:pPr>
          </w:p>
        </w:tc>
      </w:tr>
      <w:tr w:rsidR="004D73F3" w14:paraId="6982FFC2" w14:textId="77777777">
        <w:trPr>
          <w:cantSplit/>
          <w:jc w:val="center"/>
        </w:trPr>
        <w:tc>
          <w:tcPr>
            <w:tcW w:w="1700" w:type="dxa"/>
            <w:vAlign w:val="center"/>
          </w:tcPr>
          <w:p w14:paraId="3AFACD5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700" w:type="dxa"/>
            <w:vAlign w:val="center"/>
          </w:tcPr>
          <w:p w14:paraId="42A4AD3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360" w:type="dxa"/>
            <w:vAlign w:val="center"/>
          </w:tcPr>
          <w:p w14:paraId="429607A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vAlign w:val="center"/>
          </w:tcPr>
          <w:p w14:paraId="10B13285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70" w:type="dxa"/>
            <w:vAlign w:val="center"/>
          </w:tcPr>
          <w:p w14:paraId="78EBD46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666" w:type="dxa"/>
            <w:vAlign w:val="center"/>
          </w:tcPr>
          <w:p w14:paraId="0A408D8D" w14:textId="77777777" w:rsidR="004D73F3" w:rsidRDefault="004D73F3">
            <w:pPr>
              <w:spacing w:after="0"/>
              <w:jc w:val="center"/>
            </w:pPr>
          </w:p>
        </w:tc>
      </w:tr>
    </w:tbl>
    <w:p w14:paraId="619AB5C1" w14:textId="77777777" w:rsidR="004D73F3" w:rsidRDefault="004D73F3">
      <w:pPr>
        <w:spacing w:after="0"/>
      </w:pPr>
    </w:p>
    <w:p w14:paraId="7C645A86" w14:textId="30F1CC47" w:rsidR="000328D9" w:rsidRDefault="00B4645B" w:rsidP="000328D9">
      <w:pPr>
        <w:rPr>
          <w:lang w:val="it-IT"/>
        </w:rPr>
      </w:pPr>
      <w:r w:rsidRPr="000328D9">
        <w:rPr>
          <w:lang w:val="it-IT"/>
        </w:rPr>
        <w:t>Responsabil Eurotraining: ______________________________   Data confirmării: __________   Semnătura: ______________</w:t>
      </w:r>
    </w:p>
    <w:p w14:paraId="13ED3652" w14:textId="77777777" w:rsidR="000328D9" w:rsidRPr="000328D9" w:rsidRDefault="000328D9" w:rsidP="000328D9">
      <w:pPr>
        <w:rPr>
          <w:lang w:val="it-IT"/>
        </w:rPr>
      </w:pPr>
    </w:p>
    <w:p w14:paraId="11871263" w14:textId="3A2D7167" w:rsidR="004D73F3" w:rsidRDefault="00B4645B">
      <w:pPr>
        <w:pStyle w:val="Heading1"/>
      </w:pPr>
      <w:r>
        <w:rPr>
          <w:rFonts w:ascii="Arial" w:hAnsi="Arial"/>
        </w:rPr>
        <w:t>C. Realizarea serviciului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417"/>
        <w:gridCol w:w="1190"/>
        <w:gridCol w:w="1190"/>
        <w:gridCol w:w="1474"/>
        <w:gridCol w:w="3595"/>
      </w:tblGrid>
      <w:tr w:rsidR="004D73F3" w14:paraId="28B0370F" w14:textId="77777777">
        <w:trPr>
          <w:tblHeader/>
          <w:jc w:val="center"/>
        </w:trPr>
        <w:tc>
          <w:tcPr>
            <w:tcW w:w="1303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90835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Data</w:t>
            </w:r>
          </w:p>
        </w:tc>
        <w:tc>
          <w:tcPr>
            <w:tcW w:w="141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C7B1E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Interval</w:t>
            </w:r>
          </w:p>
        </w:tc>
        <w:tc>
          <w:tcPr>
            <w:tcW w:w="119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C31FF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Ore-sală</w:t>
            </w:r>
          </w:p>
        </w:tc>
        <w:tc>
          <w:tcPr>
            <w:tcW w:w="119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06E677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Ore expert</w:t>
            </w:r>
          </w:p>
        </w:tc>
        <w:tc>
          <w:tcPr>
            <w:tcW w:w="147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4537A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Nr. participanți</w:t>
            </w:r>
          </w:p>
        </w:tc>
        <w:tc>
          <w:tcPr>
            <w:tcW w:w="359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C326B2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Activitate și rezultat</w:t>
            </w:r>
          </w:p>
        </w:tc>
      </w:tr>
      <w:tr w:rsidR="004D73F3" w14:paraId="48EA7435" w14:textId="77777777">
        <w:trPr>
          <w:cantSplit/>
          <w:jc w:val="center"/>
        </w:trPr>
        <w:tc>
          <w:tcPr>
            <w:tcW w:w="1303" w:type="dxa"/>
            <w:vAlign w:val="center"/>
          </w:tcPr>
          <w:p w14:paraId="0B3CFD5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17" w:type="dxa"/>
            <w:vAlign w:val="center"/>
          </w:tcPr>
          <w:p w14:paraId="3DD09421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5CF8A7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5FE9301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74" w:type="dxa"/>
            <w:vAlign w:val="center"/>
          </w:tcPr>
          <w:p w14:paraId="125A3634" w14:textId="77777777" w:rsidR="004D73F3" w:rsidRDefault="004D73F3">
            <w:pPr>
              <w:spacing w:after="0"/>
              <w:jc w:val="center"/>
            </w:pPr>
          </w:p>
        </w:tc>
        <w:tc>
          <w:tcPr>
            <w:tcW w:w="3594" w:type="dxa"/>
            <w:vAlign w:val="center"/>
          </w:tcPr>
          <w:p w14:paraId="29DE1C25" w14:textId="77777777" w:rsidR="004D73F3" w:rsidRDefault="004D73F3">
            <w:pPr>
              <w:spacing w:after="0"/>
              <w:jc w:val="center"/>
            </w:pPr>
          </w:p>
        </w:tc>
      </w:tr>
      <w:tr w:rsidR="004D73F3" w14:paraId="20413A3A" w14:textId="77777777">
        <w:trPr>
          <w:cantSplit/>
          <w:jc w:val="center"/>
        </w:trPr>
        <w:tc>
          <w:tcPr>
            <w:tcW w:w="1303" w:type="dxa"/>
            <w:shd w:val="clear" w:color="auto" w:fill="F8FAFC"/>
            <w:vAlign w:val="center"/>
          </w:tcPr>
          <w:p w14:paraId="6578FB01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17" w:type="dxa"/>
            <w:shd w:val="clear" w:color="auto" w:fill="F8FAFC"/>
            <w:vAlign w:val="center"/>
          </w:tcPr>
          <w:p w14:paraId="6D4248D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shd w:val="clear" w:color="auto" w:fill="F8FAFC"/>
            <w:vAlign w:val="center"/>
          </w:tcPr>
          <w:p w14:paraId="22F0C356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shd w:val="clear" w:color="auto" w:fill="F8FAFC"/>
            <w:vAlign w:val="center"/>
          </w:tcPr>
          <w:p w14:paraId="0982775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74" w:type="dxa"/>
            <w:shd w:val="clear" w:color="auto" w:fill="F8FAFC"/>
            <w:vAlign w:val="center"/>
          </w:tcPr>
          <w:p w14:paraId="6D27ECF6" w14:textId="77777777" w:rsidR="004D73F3" w:rsidRDefault="004D73F3">
            <w:pPr>
              <w:spacing w:after="0"/>
              <w:jc w:val="center"/>
            </w:pPr>
          </w:p>
        </w:tc>
        <w:tc>
          <w:tcPr>
            <w:tcW w:w="3594" w:type="dxa"/>
            <w:shd w:val="clear" w:color="auto" w:fill="F8FAFC"/>
            <w:vAlign w:val="center"/>
          </w:tcPr>
          <w:p w14:paraId="2FBA7C59" w14:textId="77777777" w:rsidR="004D73F3" w:rsidRDefault="004D73F3">
            <w:pPr>
              <w:spacing w:after="0"/>
              <w:jc w:val="center"/>
            </w:pPr>
          </w:p>
        </w:tc>
      </w:tr>
      <w:tr w:rsidR="004D73F3" w14:paraId="1BE0100A" w14:textId="77777777">
        <w:trPr>
          <w:cantSplit/>
          <w:jc w:val="center"/>
        </w:trPr>
        <w:tc>
          <w:tcPr>
            <w:tcW w:w="1303" w:type="dxa"/>
            <w:vAlign w:val="center"/>
          </w:tcPr>
          <w:p w14:paraId="01637906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17" w:type="dxa"/>
            <w:vAlign w:val="center"/>
          </w:tcPr>
          <w:p w14:paraId="6026864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0F9A33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3F64E7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74" w:type="dxa"/>
            <w:vAlign w:val="center"/>
          </w:tcPr>
          <w:p w14:paraId="5B2DFA62" w14:textId="77777777" w:rsidR="004D73F3" w:rsidRDefault="004D73F3">
            <w:pPr>
              <w:spacing w:after="0"/>
              <w:jc w:val="center"/>
            </w:pPr>
          </w:p>
        </w:tc>
        <w:tc>
          <w:tcPr>
            <w:tcW w:w="3594" w:type="dxa"/>
            <w:vAlign w:val="center"/>
          </w:tcPr>
          <w:p w14:paraId="0DEB6DCD" w14:textId="77777777" w:rsidR="004D73F3" w:rsidRDefault="004D73F3">
            <w:pPr>
              <w:spacing w:after="0"/>
              <w:jc w:val="center"/>
            </w:pPr>
          </w:p>
        </w:tc>
      </w:tr>
      <w:tr w:rsidR="004D73F3" w14:paraId="15086255" w14:textId="77777777">
        <w:trPr>
          <w:cantSplit/>
          <w:jc w:val="center"/>
        </w:trPr>
        <w:tc>
          <w:tcPr>
            <w:tcW w:w="1303" w:type="dxa"/>
            <w:shd w:val="clear" w:color="auto" w:fill="F8FAFC"/>
            <w:vAlign w:val="center"/>
          </w:tcPr>
          <w:p w14:paraId="7DD41CCE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17" w:type="dxa"/>
            <w:shd w:val="clear" w:color="auto" w:fill="F8FAFC"/>
            <w:vAlign w:val="center"/>
          </w:tcPr>
          <w:p w14:paraId="4D620E7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shd w:val="clear" w:color="auto" w:fill="F8FAFC"/>
            <w:vAlign w:val="center"/>
          </w:tcPr>
          <w:p w14:paraId="45D28A6E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shd w:val="clear" w:color="auto" w:fill="F8FAFC"/>
            <w:vAlign w:val="center"/>
          </w:tcPr>
          <w:p w14:paraId="39158091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74" w:type="dxa"/>
            <w:shd w:val="clear" w:color="auto" w:fill="F8FAFC"/>
            <w:vAlign w:val="center"/>
          </w:tcPr>
          <w:p w14:paraId="08F21604" w14:textId="77777777" w:rsidR="004D73F3" w:rsidRDefault="004D73F3">
            <w:pPr>
              <w:spacing w:after="0"/>
              <w:jc w:val="center"/>
            </w:pPr>
          </w:p>
        </w:tc>
        <w:tc>
          <w:tcPr>
            <w:tcW w:w="3594" w:type="dxa"/>
            <w:shd w:val="clear" w:color="auto" w:fill="F8FAFC"/>
            <w:vAlign w:val="center"/>
          </w:tcPr>
          <w:p w14:paraId="4A435B0A" w14:textId="77777777" w:rsidR="004D73F3" w:rsidRDefault="004D73F3">
            <w:pPr>
              <w:spacing w:after="0"/>
              <w:jc w:val="center"/>
            </w:pPr>
          </w:p>
        </w:tc>
      </w:tr>
      <w:tr w:rsidR="004D73F3" w14:paraId="44F98A02" w14:textId="77777777">
        <w:trPr>
          <w:cantSplit/>
          <w:jc w:val="center"/>
        </w:trPr>
        <w:tc>
          <w:tcPr>
            <w:tcW w:w="1303" w:type="dxa"/>
            <w:vAlign w:val="center"/>
          </w:tcPr>
          <w:p w14:paraId="7DB1063B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17" w:type="dxa"/>
            <w:vAlign w:val="center"/>
          </w:tcPr>
          <w:p w14:paraId="0B48FDD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A3F1D6A" w14:textId="77777777" w:rsidR="004D73F3" w:rsidRDefault="004D73F3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2582C1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474" w:type="dxa"/>
            <w:vAlign w:val="center"/>
          </w:tcPr>
          <w:p w14:paraId="7BA08495" w14:textId="77777777" w:rsidR="004D73F3" w:rsidRDefault="004D73F3">
            <w:pPr>
              <w:spacing w:after="0"/>
              <w:jc w:val="center"/>
            </w:pPr>
          </w:p>
        </w:tc>
        <w:tc>
          <w:tcPr>
            <w:tcW w:w="3594" w:type="dxa"/>
            <w:vAlign w:val="center"/>
          </w:tcPr>
          <w:p w14:paraId="580B4F99" w14:textId="77777777" w:rsidR="004D73F3" w:rsidRDefault="004D73F3">
            <w:pPr>
              <w:spacing w:after="0"/>
              <w:jc w:val="center"/>
            </w:pPr>
          </w:p>
        </w:tc>
      </w:tr>
    </w:tbl>
    <w:p w14:paraId="34303802" w14:textId="77777777" w:rsidR="004D73F3" w:rsidRDefault="004D73F3">
      <w:pPr>
        <w:spacing w:after="0"/>
      </w:pPr>
    </w:p>
    <w:p w14:paraId="38E170EE" w14:textId="77777777" w:rsidR="004D73F3" w:rsidRDefault="00B4645B">
      <w:r>
        <w:t>Total: ore-sală ______   |   ore Expert 1 ______   |   ore Expert 2 ______   |   participanți unici ______</w:t>
      </w:r>
    </w:p>
    <w:p w14:paraId="3BB629E3" w14:textId="77777777" w:rsidR="004D73F3" w:rsidRDefault="00B4645B">
      <w:r>
        <w:t>Rezultatul/pașii următori: ______________________________________________________________________</w:t>
      </w:r>
    </w:p>
    <w:p w14:paraId="5671B19F" w14:textId="77777777" w:rsidR="004D73F3" w:rsidRDefault="00B4645B">
      <w:r>
        <w:t>Documente sau materiale transmise: ______________________________________________________________</w:t>
      </w:r>
    </w:p>
    <w:p w14:paraId="62B7F787" w14:textId="77777777" w:rsidR="004D73F3" w:rsidRPr="000328D9" w:rsidRDefault="00B4645B">
      <w:pPr>
        <w:rPr>
          <w:lang w:val="it-IT"/>
        </w:rPr>
      </w:pPr>
      <w:r w:rsidRPr="000328D9">
        <w:rPr>
          <w:lang w:val="it-IT"/>
        </w:rPr>
        <w:t>Confirmăm că activitatea de mai sus a fost realizată. Pentru servicii online/telefonice, confirmarea poate fi înlocuită cu e-mailul anexat.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3390"/>
        <w:gridCol w:w="3390"/>
        <w:gridCol w:w="3390"/>
      </w:tblGrid>
      <w:tr w:rsidR="004D73F3" w14:paraId="3ED95E5F" w14:textId="77777777">
        <w:trPr>
          <w:tblHeader/>
          <w:jc w:val="center"/>
        </w:trPr>
        <w:tc>
          <w:tcPr>
            <w:tcW w:w="339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9FDCEB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Expert/</w:t>
            </w:r>
            <w:proofErr w:type="spellStart"/>
            <w:r>
              <w:rPr>
                <w:b/>
                <w:color w:val="FFFFFF"/>
                <w:sz w:val="16"/>
              </w:rPr>
              <w:t>responsabil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Eurotraining</w:t>
            </w:r>
            <w:proofErr w:type="spellEnd"/>
          </w:p>
        </w:tc>
        <w:tc>
          <w:tcPr>
            <w:tcW w:w="339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EB0C44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Reprezentant OSC</w:t>
            </w:r>
          </w:p>
        </w:tc>
        <w:tc>
          <w:tcPr>
            <w:tcW w:w="339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2984C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Verificat</w:t>
            </w:r>
          </w:p>
        </w:tc>
      </w:tr>
      <w:tr w:rsidR="004D73F3" w14:paraId="247B58F0" w14:textId="77777777">
        <w:trPr>
          <w:cantSplit/>
          <w:jc w:val="center"/>
        </w:trPr>
        <w:tc>
          <w:tcPr>
            <w:tcW w:w="3390" w:type="dxa"/>
          </w:tcPr>
          <w:p w14:paraId="34063648" w14:textId="77777777" w:rsidR="004D73F3" w:rsidRDefault="00B4645B">
            <w:pPr>
              <w:spacing w:after="0"/>
            </w:pPr>
            <w:r>
              <w:rPr>
                <w:sz w:val="16"/>
              </w:rPr>
              <w:t>Nume: ____________________</w:t>
            </w:r>
            <w:r>
              <w:rPr>
                <w:sz w:val="16"/>
              </w:rPr>
              <w:br/>
              <w:t>Funcție: __________________</w:t>
            </w:r>
            <w:r>
              <w:rPr>
                <w:sz w:val="16"/>
              </w:rPr>
              <w:br/>
              <w:t>Data: __________</w:t>
            </w:r>
            <w:r>
              <w:rPr>
                <w:sz w:val="16"/>
              </w:rPr>
              <w:br/>
              <w:t>Semnătura: ______________</w:t>
            </w:r>
          </w:p>
        </w:tc>
        <w:tc>
          <w:tcPr>
            <w:tcW w:w="3390" w:type="dxa"/>
          </w:tcPr>
          <w:p w14:paraId="6D5D44D7" w14:textId="77777777" w:rsidR="004D73F3" w:rsidRDefault="00B4645B">
            <w:pPr>
              <w:spacing w:after="0"/>
            </w:pPr>
            <w:r>
              <w:rPr>
                <w:sz w:val="16"/>
              </w:rPr>
              <w:t>Nume: ____________________</w:t>
            </w:r>
            <w:r>
              <w:rPr>
                <w:sz w:val="16"/>
              </w:rPr>
              <w:br/>
              <w:t>Funcție: __________________</w:t>
            </w:r>
            <w:r>
              <w:rPr>
                <w:sz w:val="16"/>
              </w:rPr>
              <w:br/>
              <w:t>Data: __________</w:t>
            </w:r>
            <w:r>
              <w:rPr>
                <w:sz w:val="16"/>
              </w:rPr>
              <w:br/>
              <w:t>Semnătura: ______________</w:t>
            </w:r>
          </w:p>
        </w:tc>
        <w:tc>
          <w:tcPr>
            <w:tcW w:w="3390" w:type="dxa"/>
          </w:tcPr>
          <w:p w14:paraId="2E26E065" w14:textId="77777777" w:rsidR="004D73F3" w:rsidRDefault="00B4645B">
            <w:pPr>
              <w:spacing w:after="0"/>
            </w:pPr>
            <w:r>
              <w:rPr>
                <w:sz w:val="16"/>
              </w:rPr>
              <w:t>Nume: ____________________</w:t>
            </w:r>
            <w:r>
              <w:rPr>
                <w:sz w:val="16"/>
              </w:rPr>
              <w:br/>
              <w:t>Funcție: __________________</w:t>
            </w:r>
            <w:r>
              <w:rPr>
                <w:sz w:val="16"/>
              </w:rPr>
              <w:br/>
              <w:t>Data: __________</w:t>
            </w:r>
            <w:r>
              <w:rPr>
                <w:sz w:val="16"/>
              </w:rPr>
              <w:br/>
              <w:t>Semnătura: ______________</w:t>
            </w:r>
          </w:p>
        </w:tc>
      </w:tr>
    </w:tbl>
    <w:p w14:paraId="2B0FA54A" w14:textId="77777777" w:rsidR="004D73F3" w:rsidRDefault="004D73F3">
      <w:pPr>
        <w:spacing w:after="0"/>
      </w:pPr>
    </w:p>
    <w:p w14:paraId="1244C0E8" w14:textId="77777777" w:rsidR="004D73F3" w:rsidRPr="000328D9" w:rsidRDefault="00B4645B">
      <w:pPr>
        <w:pStyle w:val="Heading1"/>
        <w:rPr>
          <w:lang w:val="it-IT"/>
        </w:rPr>
      </w:pPr>
      <w:r w:rsidRPr="000328D9">
        <w:rPr>
          <w:rFonts w:ascii="Arial" w:hAnsi="Arial"/>
          <w:lang w:val="it-IT"/>
        </w:rPr>
        <w:lastRenderedPageBreak/>
        <w:t>D. Participanți – se completează numai pentru activități de grup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2268"/>
        <w:gridCol w:w="1984"/>
        <w:gridCol w:w="1587"/>
        <w:gridCol w:w="1927"/>
        <w:gridCol w:w="1893"/>
      </w:tblGrid>
      <w:tr w:rsidR="004D73F3" w14:paraId="328DC3A2" w14:textId="77777777">
        <w:trPr>
          <w:tblHeader/>
          <w:jc w:val="center"/>
        </w:trPr>
        <w:tc>
          <w:tcPr>
            <w:tcW w:w="510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94085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Nr.</w:t>
            </w:r>
          </w:p>
        </w:tc>
        <w:tc>
          <w:tcPr>
            <w:tcW w:w="226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1D3004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Nume și prenume</w:t>
            </w:r>
          </w:p>
        </w:tc>
        <w:tc>
          <w:tcPr>
            <w:tcW w:w="198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C7F37B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OSC</w:t>
            </w:r>
          </w:p>
        </w:tc>
        <w:tc>
          <w:tcPr>
            <w:tcW w:w="158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D469FC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Calitate</w:t>
            </w:r>
          </w:p>
        </w:tc>
        <w:tc>
          <w:tcPr>
            <w:tcW w:w="192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F2BA25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Data/activitatea</w:t>
            </w:r>
          </w:p>
        </w:tc>
        <w:tc>
          <w:tcPr>
            <w:tcW w:w="1893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BEFDE" w14:textId="77777777" w:rsidR="004D73F3" w:rsidRDefault="00B4645B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Semnătură/confirmare</w:t>
            </w:r>
          </w:p>
        </w:tc>
      </w:tr>
      <w:tr w:rsidR="004D73F3" w14:paraId="1F212AB9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0396E93C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2267" w:type="dxa"/>
            <w:vAlign w:val="center"/>
          </w:tcPr>
          <w:p w14:paraId="4F7E4BEF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B33DEF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4FFCE2E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339A5EF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443ACEED" w14:textId="77777777" w:rsidR="004D73F3" w:rsidRDefault="004D73F3">
            <w:pPr>
              <w:spacing w:after="0"/>
              <w:jc w:val="center"/>
            </w:pPr>
          </w:p>
        </w:tc>
      </w:tr>
      <w:tr w:rsidR="004D73F3" w14:paraId="7E286A8C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5670BFC4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3E79A3C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5B8C365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2D0DCB4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053B24B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48FBC7AF" w14:textId="77777777" w:rsidR="004D73F3" w:rsidRDefault="004D73F3">
            <w:pPr>
              <w:spacing w:after="0"/>
              <w:jc w:val="center"/>
            </w:pPr>
          </w:p>
        </w:tc>
      </w:tr>
      <w:tr w:rsidR="004D73F3" w14:paraId="613B42B7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6F8C853A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267" w:type="dxa"/>
            <w:vAlign w:val="center"/>
          </w:tcPr>
          <w:p w14:paraId="7CDFF262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662A49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015132F7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231CD5BF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2440B3B7" w14:textId="77777777" w:rsidR="004D73F3" w:rsidRDefault="004D73F3">
            <w:pPr>
              <w:spacing w:after="0"/>
              <w:jc w:val="center"/>
            </w:pPr>
          </w:p>
        </w:tc>
      </w:tr>
      <w:tr w:rsidR="004D73F3" w14:paraId="52B5BFD6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397B56C3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4BBC44C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10A6E97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6E5696E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0AE6EEC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58626B28" w14:textId="77777777" w:rsidR="004D73F3" w:rsidRDefault="004D73F3">
            <w:pPr>
              <w:spacing w:after="0"/>
              <w:jc w:val="center"/>
            </w:pPr>
          </w:p>
        </w:tc>
      </w:tr>
      <w:tr w:rsidR="004D73F3" w14:paraId="3ED9DD83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218D5A92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267" w:type="dxa"/>
            <w:vAlign w:val="center"/>
          </w:tcPr>
          <w:p w14:paraId="46D8671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6F86F5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33D54CF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18F60462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3112F1FA" w14:textId="77777777" w:rsidR="004D73F3" w:rsidRDefault="004D73F3">
            <w:pPr>
              <w:spacing w:after="0"/>
              <w:jc w:val="center"/>
            </w:pPr>
          </w:p>
        </w:tc>
      </w:tr>
      <w:tr w:rsidR="004D73F3" w14:paraId="0C97296D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4713AE53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591387C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5D4CF77E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6CBF95EE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0CE7C0A7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31D67D71" w14:textId="77777777" w:rsidR="004D73F3" w:rsidRDefault="004D73F3">
            <w:pPr>
              <w:spacing w:after="0"/>
              <w:jc w:val="center"/>
            </w:pPr>
          </w:p>
        </w:tc>
      </w:tr>
      <w:tr w:rsidR="004D73F3" w14:paraId="5ED14CCC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1E1CF81E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2267" w:type="dxa"/>
            <w:vAlign w:val="center"/>
          </w:tcPr>
          <w:p w14:paraId="58674F3E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0E57EE25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5E57B52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65CD0CA7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066B5610" w14:textId="77777777" w:rsidR="004D73F3" w:rsidRDefault="004D73F3">
            <w:pPr>
              <w:spacing w:after="0"/>
              <w:jc w:val="center"/>
            </w:pPr>
          </w:p>
        </w:tc>
      </w:tr>
      <w:tr w:rsidR="004D73F3" w14:paraId="2D799B3E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1E7C15AA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1957CF4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58B7E3A8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21A5907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67A3859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074998DA" w14:textId="77777777" w:rsidR="004D73F3" w:rsidRDefault="004D73F3">
            <w:pPr>
              <w:spacing w:after="0"/>
              <w:jc w:val="center"/>
            </w:pPr>
          </w:p>
        </w:tc>
      </w:tr>
      <w:tr w:rsidR="004D73F3" w14:paraId="5F24D1D3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2D456E45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2267" w:type="dxa"/>
            <w:vAlign w:val="center"/>
          </w:tcPr>
          <w:p w14:paraId="5BA4114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036A95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0C0AD6A2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16D8B38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126C4878" w14:textId="77777777" w:rsidR="004D73F3" w:rsidRDefault="004D73F3">
            <w:pPr>
              <w:spacing w:after="0"/>
              <w:jc w:val="center"/>
            </w:pPr>
          </w:p>
        </w:tc>
      </w:tr>
      <w:tr w:rsidR="004D73F3" w14:paraId="6B0B1756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22926844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65B6BFA9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2EE390C2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6B353E90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74ADFD37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51D81E31" w14:textId="77777777" w:rsidR="004D73F3" w:rsidRDefault="004D73F3">
            <w:pPr>
              <w:spacing w:after="0"/>
              <w:jc w:val="center"/>
            </w:pPr>
          </w:p>
        </w:tc>
      </w:tr>
      <w:tr w:rsidR="004D73F3" w14:paraId="08B28BFC" w14:textId="77777777">
        <w:trPr>
          <w:cantSplit/>
          <w:jc w:val="center"/>
        </w:trPr>
        <w:tc>
          <w:tcPr>
            <w:tcW w:w="510" w:type="dxa"/>
            <w:vAlign w:val="center"/>
          </w:tcPr>
          <w:p w14:paraId="238B40C5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2267" w:type="dxa"/>
            <w:vAlign w:val="center"/>
          </w:tcPr>
          <w:p w14:paraId="3040893A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6DD50BC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vAlign w:val="center"/>
          </w:tcPr>
          <w:p w14:paraId="636F0DE4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vAlign w:val="center"/>
          </w:tcPr>
          <w:p w14:paraId="3674DC9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vAlign w:val="center"/>
          </w:tcPr>
          <w:p w14:paraId="3C404562" w14:textId="77777777" w:rsidR="004D73F3" w:rsidRDefault="004D73F3">
            <w:pPr>
              <w:spacing w:after="0"/>
              <w:jc w:val="center"/>
            </w:pPr>
          </w:p>
        </w:tc>
      </w:tr>
      <w:tr w:rsidR="004D73F3" w14:paraId="68EE5984" w14:textId="77777777">
        <w:trPr>
          <w:cantSplit/>
          <w:jc w:val="center"/>
        </w:trPr>
        <w:tc>
          <w:tcPr>
            <w:tcW w:w="510" w:type="dxa"/>
            <w:shd w:val="clear" w:color="auto" w:fill="F8FAFC"/>
            <w:vAlign w:val="center"/>
          </w:tcPr>
          <w:p w14:paraId="44B0EBAF" w14:textId="77777777" w:rsidR="004D73F3" w:rsidRDefault="00B4645B">
            <w:pPr>
              <w:spacing w:after="0"/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2267" w:type="dxa"/>
            <w:shd w:val="clear" w:color="auto" w:fill="F8FAFC"/>
            <w:vAlign w:val="center"/>
          </w:tcPr>
          <w:p w14:paraId="524E67B3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84" w:type="dxa"/>
            <w:shd w:val="clear" w:color="auto" w:fill="F8FAFC"/>
            <w:vAlign w:val="center"/>
          </w:tcPr>
          <w:p w14:paraId="24ED10A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587" w:type="dxa"/>
            <w:shd w:val="clear" w:color="auto" w:fill="F8FAFC"/>
            <w:vAlign w:val="center"/>
          </w:tcPr>
          <w:p w14:paraId="35A57DB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927" w:type="dxa"/>
            <w:shd w:val="clear" w:color="auto" w:fill="F8FAFC"/>
            <w:vAlign w:val="center"/>
          </w:tcPr>
          <w:p w14:paraId="28D57AAD" w14:textId="77777777" w:rsidR="004D73F3" w:rsidRDefault="004D73F3">
            <w:pPr>
              <w:spacing w:after="0"/>
              <w:jc w:val="center"/>
            </w:pPr>
          </w:p>
        </w:tc>
        <w:tc>
          <w:tcPr>
            <w:tcW w:w="1893" w:type="dxa"/>
            <w:shd w:val="clear" w:color="auto" w:fill="F8FAFC"/>
            <w:vAlign w:val="center"/>
          </w:tcPr>
          <w:p w14:paraId="20D00F79" w14:textId="77777777" w:rsidR="004D73F3" w:rsidRDefault="004D73F3">
            <w:pPr>
              <w:spacing w:after="0"/>
              <w:jc w:val="center"/>
            </w:pPr>
          </w:p>
        </w:tc>
      </w:tr>
    </w:tbl>
    <w:p w14:paraId="1AECFE83" w14:textId="77777777" w:rsidR="004D73F3" w:rsidRDefault="004D73F3">
      <w:pPr>
        <w:spacing w:after="0"/>
      </w:pPr>
    </w:p>
    <w:p w14:paraId="10ECAE1A" w14:textId="77777777" w:rsidR="004D73F3" w:rsidRPr="000328D9" w:rsidRDefault="00B4645B">
      <w:pPr>
        <w:rPr>
          <w:lang w:val="it-IT"/>
        </w:rPr>
      </w:pPr>
      <w:r w:rsidRPr="000328D9">
        <w:rPr>
          <w:i/>
          <w:color w:val="5B6573"/>
          <w:lang w:val="it-IT"/>
        </w:rPr>
        <w:t>Participanții confirmă participarea și luarea la cunoștință a informării privind prelucrarea datelor. Pentru online se anexează raportul platformei sau o dovadă echivalentă.</w:t>
      </w:r>
    </w:p>
    <w:sectPr w:rsidR="004D73F3" w:rsidRPr="000328D9" w:rsidSect="00034616">
      <w:headerReference w:type="default" r:id="rId8"/>
      <w:footerReference w:type="default" r:id="rId9"/>
      <w:pgSz w:w="11906" w:h="16838"/>
      <w:pgMar w:top="2636" w:right="720" w:bottom="1332" w:left="720" w:header="34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B6EE" w14:textId="77777777" w:rsidR="000E0525" w:rsidRDefault="000E0525">
      <w:pPr>
        <w:spacing w:after="0" w:line="240" w:lineRule="auto"/>
      </w:pPr>
      <w:r>
        <w:separator/>
      </w:r>
    </w:p>
  </w:endnote>
  <w:endnote w:type="continuationSeparator" w:id="0">
    <w:p w14:paraId="6EDC35A4" w14:textId="77777777" w:rsidR="000E0525" w:rsidRDefault="000E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5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159"/>
      <w:gridCol w:w="5306"/>
    </w:tblGrid>
    <w:tr w:rsidR="004D73F3" w14:paraId="7A1ED909" w14:textId="77777777">
      <w:trPr>
        <w:jc w:val="center"/>
      </w:trPr>
      <w:tc>
        <w:tcPr>
          <w:tcW w:w="5159" w:type="dxa"/>
          <w:vAlign w:val="center"/>
        </w:tcPr>
        <w:p w14:paraId="3F187A43" w14:textId="77777777" w:rsidR="004D73F3" w:rsidRDefault="00B4645B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0D63FD62" wp14:editId="4FFC5751">
                <wp:extent cx="558000" cy="554400"/>
                <wp:effectExtent l="0" t="0" r="0" b="0"/>
                <wp:docPr id="1753981674" name="Picture 17539816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55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6" w:type="dxa"/>
          <w:vAlign w:val="center"/>
        </w:tcPr>
        <w:p w14:paraId="2917337C" w14:textId="77777777" w:rsidR="004D73F3" w:rsidRDefault="00B4645B">
          <w:pPr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 wp14:anchorId="1EAE998A" wp14:editId="2B45182E">
                <wp:extent cx="1170000" cy="2304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rotraining.jpe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000" cy="23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4DD1" w14:textId="77777777" w:rsidR="000E0525" w:rsidRDefault="000E0525">
      <w:pPr>
        <w:spacing w:after="0" w:line="240" w:lineRule="auto"/>
      </w:pPr>
      <w:r>
        <w:separator/>
      </w:r>
    </w:p>
  </w:footnote>
  <w:footnote w:type="continuationSeparator" w:id="0">
    <w:p w14:paraId="5BFF5448" w14:textId="77777777" w:rsidR="000E0525" w:rsidRDefault="000E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373E" w14:textId="77777777" w:rsidR="004D73F3" w:rsidRDefault="00B4645B">
    <w:pPr>
      <w:spacing w:after="0" w:line="240" w:lineRule="auto"/>
      <w:jc w:val="center"/>
    </w:pPr>
    <w:r>
      <w:rPr>
        <w:noProof/>
      </w:rPr>
      <w:drawing>
        <wp:inline distT="0" distB="0" distL="0" distR="0" wp14:anchorId="4138A2D7" wp14:editId="34CBE6DA">
          <wp:extent cx="4564800" cy="54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648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D0848" w14:textId="77777777" w:rsidR="004D73F3" w:rsidRPr="000328D9" w:rsidRDefault="00B4645B">
    <w:pPr>
      <w:spacing w:after="0" w:line="240" w:lineRule="auto"/>
      <w:jc w:val="both"/>
      <w:rPr>
        <w:lang w:val="it-IT"/>
      </w:rPr>
    </w:pPr>
    <w:r w:rsidRPr="000328D9">
      <w:rPr>
        <w:rFonts w:ascii="Times New Roman" w:eastAsia="Times New Roman" w:hAnsi="Times New Roman" w:cs="Times New Roman"/>
        <w:sz w:val="16"/>
        <w:lang w:val="it-IT"/>
      </w:rPr>
      <w:t>Program: „Programul Educație și Ocupare“ Prioritate: P01 „Modernizarea institutiilor pieței muncii“</w:t>
    </w:r>
  </w:p>
  <w:p w14:paraId="2EE3AC4B" w14:textId="77777777" w:rsidR="004D73F3" w:rsidRPr="000328D9" w:rsidRDefault="00B4645B">
    <w:pPr>
      <w:spacing w:after="0" w:line="240" w:lineRule="auto"/>
      <w:jc w:val="both"/>
      <w:rPr>
        <w:lang w:val="it-IT"/>
      </w:rPr>
    </w:pPr>
    <w:r w:rsidRPr="000328D9">
      <w:rPr>
        <w:rFonts w:ascii="Times New Roman" w:eastAsia="Times New Roman" w:hAnsi="Times New Roman" w:cs="Times New Roman"/>
        <w:b/>
        <w:sz w:val="16"/>
        <w:lang w:val="it-IT"/>
      </w:rPr>
      <w:t xml:space="preserve">Obiectiv specific: ESO4.2 </w:t>
    </w:r>
    <w:r w:rsidRPr="000328D9">
      <w:rPr>
        <w:rFonts w:ascii="Times New Roman" w:eastAsia="Times New Roman" w:hAnsi="Times New Roman" w:cs="Times New Roman"/>
        <w:sz w:val="16"/>
        <w:lang w:val="it-IT"/>
      </w:rPr>
      <w:t xml:space="preserve">„Modernizarea instituțiilor și a serviciilor pieței muncii pentru ca acestea să evalueze și să anticipeze necesitățile în materie de competențe, să asigure o asistență promptă și personalizată și să sprijine corelarea cererii și a ofertei, tranzițiile și mobilitatea pe piața muncii (FSE+)“ </w:t>
    </w:r>
    <w:r w:rsidRPr="000328D9">
      <w:rPr>
        <w:rFonts w:ascii="Times New Roman" w:eastAsia="Times New Roman" w:hAnsi="Times New Roman" w:cs="Times New Roman"/>
        <w:b/>
        <w:sz w:val="16"/>
        <w:lang w:val="it-IT"/>
      </w:rPr>
      <w:t xml:space="preserve">Apel de proiecte: </w:t>
    </w:r>
    <w:r w:rsidRPr="000328D9">
      <w:rPr>
        <w:rFonts w:ascii="Times New Roman" w:eastAsia="Times New Roman" w:hAnsi="Times New Roman" w:cs="Times New Roman"/>
        <w:sz w:val="16"/>
        <w:lang w:val="it-IT"/>
      </w:rPr>
      <w:t xml:space="preserve">„Consolidarea dialogului social și a parteneriatelor pentru ocupare și formare III - Organizațiile societății civile“ </w:t>
    </w:r>
    <w:r w:rsidRPr="000328D9">
      <w:rPr>
        <w:rFonts w:ascii="Times New Roman" w:eastAsia="Times New Roman" w:hAnsi="Times New Roman" w:cs="Times New Roman"/>
        <w:b/>
        <w:sz w:val="16"/>
        <w:lang w:val="it-IT"/>
      </w:rPr>
      <w:t xml:space="preserve">Titlu Proiect: </w:t>
    </w:r>
    <w:r w:rsidRPr="000328D9">
      <w:rPr>
        <w:rFonts w:ascii="Times New Roman" w:eastAsia="Times New Roman" w:hAnsi="Times New Roman" w:cs="Times New Roman"/>
        <w:sz w:val="16"/>
        <w:lang w:val="it-IT"/>
      </w:rPr>
      <w:t xml:space="preserve">Consolidarea dialogului social si a parteneriatelor pentru ocupare si formare - GAL TIMISOARA, </w:t>
    </w:r>
    <w:r w:rsidRPr="000328D9">
      <w:rPr>
        <w:rFonts w:ascii="Times New Roman" w:eastAsia="Times New Roman" w:hAnsi="Times New Roman" w:cs="Times New Roman"/>
        <w:b/>
        <w:sz w:val="16"/>
        <w:lang w:val="it-IT"/>
      </w:rPr>
      <w:t xml:space="preserve">Cod SMIS: 308520, </w:t>
    </w:r>
    <w:r w:rsidRPr="000328D9">
      <w:rPr>
        <w:rFonts w:ascii="Times New Roman" w:eastAsia="Times New Roman" w:hAnsi="Times New Roman" w:cs="Times New Roman"/>
        <w:sz w:val="16"/>
        <w:lang w:val="it-IT"/>
      </w:rPr>
      <w:t>Contract: 3684/19.04.2024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66295">
    <w:abstractNumId w:val="8"/>
  </w:num>
  <w:num w:numId="2" w16cid:durableId="1385984786">
    <w:abstractNumId w:val="6"/>
  </w:num>
  <w:num w:numId="3" w16cid:durableId="1078095664">
    <w:abstractNumId w:val="5"/>
  </w:num>
  <w:num w:numId="4" w16cid:durableId="1624072326">
    <w:abstractNumId w:val="4"/>
  </w:num>
  <w:num w:numId="5" w16cid:durableId="2070573876">
    <w:abstractNumId w:val="7"/>
  </w:num>
  <w:num w:numId="6" w16cid:durableId="169567165">
    <w:abstractNumId w:val="3"/>
  </w:num>
  <w:num w:numId="7" w16cid:durableId="1319772639">
    <w:abstractNumId w:val="2"/>
  </w:num>
  <w:num w:numId="8" w16cid:durableId="516115312">
    <w:abstractNumId w:val="1"/>
  </w:num>
  <w:num w:numId="9" w16cid:durableId="141879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8D9"/>
    <w:rsid w:val="00034616"/>
    <w:rsid w:val="0006063C"/>
    <w:rsid w:val="000E0525"/>
    <w:rsid w:val="001403ED"/>
    <w:rsid w:val="0015074B"/>
    <w:rsid w:val="0029639D"/>
    <w:rsid w:val="00326F90"/>
    <w:rsid w:val="004D73F3"/>
    <w:rsid w:val="00510C6F"/>
    <w:rsid w:val="0070357D"/>
    <w:rsid w:val="00A37B64"/>
    <w:rsid w:val="00AA1D8D"/>
    <w:rsid w:val="00B4645B"/>
    <w:rsid w:val="00B47730"/>
    <w:rsid w:val="00C9652A"/>
    <w:rsid w:val="00CA4E6F"/>
    <w:rsid w:val="00CB0664"/>
    <w:rsid w:val="00FC693F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8A860"/>
  <w14:defaultImageDpi w14:val="300"/>
  <w15:docId w15:val="{E740237E-1BA8-40E9-94DB-5657CA03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F293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1F4E7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F4D7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5B6573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69" w:hanging="198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69" w:hanging="198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03 Formular unic solicitare confirmare realizare</vt:lpstr>
    </vt:vector>
  </TitlesOfParts>
  <Manager/>
  <Company/>
  <LinksUpToDate>false</LinksUpToDate>
  <CharactersWithSpaces>4524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Formular unic solicitare confirmare realizare</dc:title>
  <dc:subject>Sustenabilitate proiect SMIS 308520</dc:subject>
  <dc:creator>Fundația Centrul de Afaceri și Meserii Eurotraining</dc:creator>
  <cp:keywords>sustenabilitate; Eurotraining; SMIS 308520</cp:keywords>
  <dc:description>generated by python-docx</dc:description>
  <cp:lastModifiedBy>Cosmin Ioachim Damian</cp:lastModifiedBy>
  <cp:revision>2</cp:revision>
  <cp:lastPrinted>2026-08-19T07:47:00Z</cp:lastPrinted>
  <dcterms:created xsi:type="dcterms:W3CDTF">2026-08-19T13:50:00Z</dcterms:created>
  <dcterms:modified xsi:type="dcterms:W3CDTF">2026-08-19T13:50:00Z</dcterms:modified>
  <cp:category/>
</cp:coreProperties>
</file>